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F6699" w14:textId="6065B8AC" w:rsidR="001C11E8" w:rsidRDefault="004E478B" w:rsidP="004E478B">
      <w:pPr>
        <w:jc w:val="center"/>
      </w:pPr>
      <w:r>
        <w:rPr>
          <w:b/>
        </w:rPr>
        <w:t>GAGE RUSSON</w:t>
      </w:r>
      <w:r>
        <w:rPr>
          <w:b/>
        </w:rPr>
        <w:br/>
      </w:r>
      <w:r>
        <w:t>Seattle, WA · (425) 754-3306 · gagerusson@gmail.com</w:t>
      </w:r>
      <w:r>
        <w:br/>
        <w:t>LinkedIn: linkedin.com/in/GageRusson</w:t>
      </w:r>
    </w:p>
    <w:p w14:paraId="787FB280" w14:textId="77777777" w:rsidR="001C11E8" w:rsidRDefault="004E478B">
      <w:pPr>
        <w:pStyle w:val="Heading1"/>
      </w:pPr>
      <w:r>
        <w:t>EDUCATION</w:t>
      </w:r>
    </w:p>
    <w:p w14:paraId="55EFDE2C" w14:textId="3D4CC9BE" w:rsidR="001C11E8" w:rsidRDefault="004E478B">
      <w:r>
        <w:t>Brigham Young University — Pre-Medical (</w:t>
      </w:r>
      <w:r w:rsidR="00221995">
        <w:t>Bioinformatics</w:t>
      </w:r>
      <w:r>
        <w:t>), Minor in Computer Science</w:t>
      </w:r>
      <w:r>
        <w:br/>
        <w:t>Provo, UT | 2022–Present</w:t>
      </w:r>
    </w:p>
    <w:p w14:paraId="6E2B199F" w14:textId="77777777" w:rsidR="001C11E8" w:rsidRDefault="004E478B">
      <w:r>
        <w:t>Glacier Peak High School — Valedictorian, GPA: 4.0</w:t>
      </w:r>
      <w:r>
        <w:br/>
        <w:t>Snohomish, WA | 2018–2022</w:t>
      </w:r>
    </w:p>
    <w:p w14:paraId="0682C839" w14:textId="77777777" w:rsidR="001C11E8" w:rsidRDefault="004E478B">
      <w:pPr>
        <w:pStyle w:val="Heading1"/>
      </w:pPr>
      <w:r>
        <w:t>EXPERIENCE</w:t>
      </w:r>
    </w:p>
    <w:p w14:paraId="6247F611" w14:textId="3AFD2D0F" w:rsidR="001C11E8" w:rsidRDefault="00013AAC">
      <w:r>
        <w:rPr>
          <w:b/>
        </w:rPr>
        <w:t xml:space="preserve">Medical Assistant </w:t>
      </w:r>
      <w:r w:rsidR="004E478B">
        <w:rPr>
          <w:b/>
        </w:rPr>
        <w:br/>
      </w:r>
      <w:r>
        <w:t>Premier Family Medical</w:t>
      </w:r>
      <w:r w:rsidR="004E478B">
        <w:t xml:space="preserve">– </w:t>
      </w:r>
      <w:r>
        <w:t>Lindon</w:t>
      </w:r>
      <w:r w:rsidR="004E478B">
        <w:t>, UT</w:t>
      </w:r>
      <w:r w:rsidR="004E478B">
        <w:br/>
      </w:r>
      <w:r>
        <w:t>June 2026 - Current</w:t>
      </w:r>
      <w:r w:rsidR="004E478B">
        <w:br/>
        <w:t xml:space="preserve">- </w:t>
      </w:r>
      <w:r w:rsidR="00171598">
        <w:t xml:space="preserve">Assist physicians with patient intake, vital signs, medical histories, and routine clinical procedures </w:t>
      </w:r>
      <w:r w:rsidR="004E478B">
        <w:br/>
        <w:t xml:space="preserve">- </w:t>
      </w:r>
      <w:r w:rsidR="00171598">
        <w:t>Document patient encounters, coordinate follow-up care, and maintain accurate electronic medical records</w:t>
      </w:r>
      <w:r w:rsidR="004E478B">
        <w:br/>
        <w:t xml:space="preserve">- Manage crisis situations efficiently </w:t>
      </w:r>
      <w:r w:rsidR="00FD4A5C">
        <w:t xml:space="preserve">in Urgent Care </w:t>
      </w:r>
      <w:r w:rsidR="004E478B">
        <w:t>and develop real-time solutions</w:t>
      </w:r>
      <w:r w:rsidR="00FD4A5C">
        <w:t xml:space="preserve"> with quality care</w:t>
      </w:r>
    </w:p>
    <w:p w14:paraId="7DB7CF53" w14:textId="77C9B690" w:rsidR="001C11E8" w:rsidRDefault="004E478B">
      <w:r>
        <w:rPr>
          <w:b/>
        </w:rPr>
        <w:t>Golf Club Attendee</w:t>
      </w:r>
      <w:r>
        <w:rPr>
          <w:b/>
        </w:rPr>
        <w:br/>
      </w:r>
      <w:r>
        <w:t>Mill Creek Country Club – Mill Creek, WA</w:t>
      </w:r>
      <w:r>
        <w:br/>
        <w:t>June 2020 – August 2023</w:t>
      </w:r>
      <w:r>
        <w:br/>
        <w:t>- Oversaw the daily scheduling and coordination of member tee times</w:t>
      </w:r>
      <w:r>
        <w:br/>
        <w:t>- Provided high-level customer service to hundreds of members</w:t>
      </w:r>
      <w:r>
        <w:br/>
        <w:t>- Assisted in planning and executing large-scale tournaments and events</w:t>
      </w:r>
    </w:p>
    <w:p w14:paraId="0F99AB9A" w14:textId="74D5D9DD" w:rsidR="001C11E8" w:rsidRDefault="00E15985">
      <w:r>
        <w:rPr>
          <w:b/>
        </w:rPr>
        <w:t>Sales Representative</w:t>
      </w:r>
      <w:r w:rsidR="004E478B">
        <w:rPr>
          <w:b/>
        </w:rPr>
        <w:br/>
      </w:r>
      <w:r>
        <w:t>Squeeze</w:t>
      </w:r>
      <w:r w:rsidR="004E478B">
        <w:t xml:space="preserve"> – </w:t>
      </w:r>
      <w:r>
        <w:t>Orem, UT/Remote</w:t>
      </w:r>
      <w:r w:rsidR="004E478B">
        <w:br/>
      </w:r>
      <w:r>
        <w:t>June</w:t>
      </w:r>
      <w:r w:rsidR="004E478B">
        <w:t xml:space="preserve"> 20</w:t>
      </w:r>
      <w:r>
        <w:t>25</w:t>
      </w:r>
      <w:r w:rsidR="004E478B">
        <w:t xml:space="preserve"> – </w:t>
      </w:r>
      <w:r w:rsidR="00040ECD">
        <w:t>October</w:t>
      </w:r>
      <w:r w:rsidR="004E478B">
        <w:t xml:space="preserve"> 202</w:t>
      </w:r>
      <w:r w:rsidR="00040ECD">
        <w:t>5</w:t>
      </w:r>
      <w:r w:rsidR="004E478B">
        <w:br/>
        <w:t>-</w:t>
      </w:r>
      <w:r w:rsidR="00040ECD">
        <w:t xml:space="preserve"> </w:t>
      </w:r>
      <w:r w:rsidR="00040ECD" w:rsidRPr="00040ECD">
        <w:t>Conducted outbound lead calls for various client companies</w:t>
      </w:r>
      <w:r w:rsidR="004E478B">
        <w:br/>
        <w:t xml:space="preserve">- </w:t>
      </w:r>
      <w:r w:rsidR="002F67B8" w:rsidRPr="002F67B8">
        <w:t>Qualified potential customers by gauging interest and identifying needs</w:t>
      </w:r>
      <w:r w:rsidR="004E478B">
        <w:br/>
        <w:t xml:space="preserve">- </w:t>
      </w:r>
      <w:r w:rsidR="002F67B8" w:rsidRPr="002F67B8">
        <w:t>Facilitated seamless transfers of interested parties to specialists to finalize sales</w:t>
      </w:r>
    </w:p>
    <w:p w14:paraId="1558DD95" w14:textId="77777777" w:rsidR="001C11E8" w:rsidRDefault="004E478B">
      <w:pPr>
        <w:pStyle w:val="Heading1"/>
      </w:pPr>
      <w:r>
        <w:t>SKILLS</w:t>
      </w:r>
    </w:p>
    <w:p w14:paraId="0D395E2C" w14:textId="77777777" w:rsidR="001C11E8" w:rsidRDefault="004E478B">
      <w:r>
        <w:t>Leadership &amp; Team Collaboration</w:t>
      </w:r>
      <w:r>
        <w:br/>
        <w:t>Planning &amp; Problem-Solving</w:t>
      </w:r>
      <w:r>
        <w:br/>
        <w:t>Basic Programming (Python, C++)</w:t>
      </w:r>
      <w:r>
        <w:br/>
        <w:t>Japanese Language Proficiency</w:t>
      </w:r>
      <w:r>
        <w:br/>
        <w:t>Event Coordination</w:t>
      </w:r>
      <w:r>
        <w:br/>
        <w:t>Technical Setup &amp; Logistics</w:t>
      </w:r>
    </w:p>
    <w:p w14:paraId="6CDE6492" w14:textId="77777777" w:rsidR="001C11E8" w:rsidRDefault="004E478B">
      <w:pPr>
        <w:pStyle w:val="Heading1"/>
      </w:pPr>
      <w:r>
        <w:t>CERTIFICATIONS &amp; LANGUAGES</w:t>
      </w:r>
    </w:p>
    <w:p w14:paraId="2C455C3B" w14:textId="20DD68D5" w:rsidR="00AE3C09" w:rsidRDefault="004E478B">
      <w:r>
        <w:t>Japanese Language Proficiency (Advanced)</w:t>
      </w:r>
    </w:p>
    <w:sectPr w:rsidR="00AE3C09" w:rsidSect="005076C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90027130">
    <w:abstractNumId w:val="8"/>
  </w:num>
  <w:num w:numId="2" w16cid:durableId="117725692">
    <w:abstractNumId w:val="6"/>
  </w:num>
  <w:num w:numId="3" w16cid:durableId="1494562637">
    <w:abstractNumId w:val="5"/>
  </w:num>
  <w:num w:numId="4" w16cid:durableId="1865942875">
    <w:abstractNumId w:val="4"/>
  </w:num>
  <w:num w:numId="5" w16cid:durableId="1655254958">
    <w:abstractNumId w:val="7"/>
  </w:num>
  <w:num w:numId="6" w16cid:durableId="2061854887">
    <w:abstractNumId w:val="3"/>
  </w:num>
  <w:num w:numId="7" w16cid:durableId="1858543814">
    <w:abstractNumId w:val="2"/>
  </w:num>
  <w:num w:numId="8" w16cid:durableId="1715305444">
    <w:abstractNumId w:val="1"/>
  </w:num>
  <w:num w:numId="9" w16cid:durableId="905917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3AAC"/>
    <w:rsid w:val="00034616"/>
    <w:rsid w:val="00040ECD"/>
    <w:rsid w:val="0006063C"/>
    <w:rsid w:val="000A1DE7"/>
    <w:rsid w:val="0015074B"/>
    <w:rsid w:val="00171598"/>
    <w:rsid w:val="001C11E8"/>
    <w:rsid w:val="00221995"/>
    <w:rsid w:val="0029639D"/>
    <w:rsid w:val="002E59CE"/>
    <w:rsid w:val="002F67B8"/>
    <w:rsid w:val="00326F90"/>
    <w:rsid w:val="003B7F5A"/>
    <w:rsid w:val="0042176F"/>
    <w:rsid w:val="00473E8D"/>
    <w:rsid w:val="004D4AC3"/>
    <w:rsid w:val="004E478B"/>
    <w:rsid w:val="005076C9"/>
    <w:rsid w:val="006A5A57"/>
    <w:rsid w:val="00926297"/>
    <w:rsid w:val="00A03250"/>
    <w:rsid w:val="00AA1D8D"/>
    <w:rsid w:val="00AB74C8"/>
    <w:rsid w:val="00AE3C09"/>
    <w:rsid w:val="00B47730"/>
    <w:rsid w:val="00B85C99"/>
    <w:rsid w:val="00B87E40"/>
    <w:rsid w:val="00CB0664"/>
    <w:rsid w:val="00CC69F2"/>
    <w:rsid w:val="00CD70D6"/>
    <w:rsid w:val="00E15985"/>
    <w:rsid w:val="00FB4415"/>
    <w:rsid w:val="00FC693F"/>
    <w:rsid w:val="00FD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D18A59"/>
  <w14:defaultImageDpi w14:val="300"/>
  <w15:docId w15:val="{26515FA8-6B50-4C17-B935-8351A73BC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Gage Russon</cp:lastModifiedBy>
  <cp:revision>14</cp:revision>
  <dcterms:created xsi:type="dcterms:W3CDTF">2025-12-26T22:45:00Z</dcterms:created>
  <dcterms:modified xsi:type="dcterms:W3CDTF">2026-07-17T22:44:00Z</dcterms:modified>
  <cp:category/>
</cp:coreProperties>
</file>